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wolven1.svg" ContentType="image/svg+xml"/>
  <Override PartName="/word/media/wolven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Next/>
      </w:pPr>
      <w:r>
        <w:t>ÜZLETI LEVÉL</w:t>
      </w:r>
    </w:p>
    <w:p>
      <w:pPr>
        <w:pStyle w:val="Title"/>
      </w:pPr>
      <w:r>
        <w:rPr>
          <w:color w:val="5C5C5C"/>
        </w:rPr>
        <w:t>[A levél tárgya]</w:t>
      </w:r>
    </w:p>
    <w:p>
      <w:pPr>
        <w:pStyle w:val="Meta"/>
        <w:spacing w:line="300" w:lineRule="auto"/>
      </w:pPr>
      <w:r>
        <w:rPr>
          <w:color w:val="5C5C5C"/>
          <w:sz w:val="20"/>
        </w:rPr>
        <w:t>[Címzett neve és beosztása]</w:t>
        <w:br/>
        <w:t>[Szervezet]</w:t>
        <w:br/>
        <w:t>[Postai cím vagy elektronikus cím]</w:t>
        <w:br/>
        <w:t>[Keltezés]</w:t>
      </w:r>
    </w:p>
    <w:p>
      <w:r>
        <w:t>Tisztelt [Címzett]!</w:t>
      </w:r>
    </w:p>
    <w:p>
      <w:r>
        <w:t>Kérjük, küldje meg a [tárgy] egyeztetéséhez szükséges adatokat a [vizsgált időszak] vonatkozásában. Ezeket azonos időszakú és tartalmú információkkal vetjük össze a döntés előkészítéséhez.</w:t>
      </w:r>
    </w:p>
    <w:p>
      <w:pPr>
        <w:pStyle w:val="Heading1"/>
      </w:pPr>
      <w:r>
        <w:t>A kért dokumentumok</w:t>
      </w:r>
    </w:p>
    <w:p>
      <w:r>
        <w:rPr>
          <w:color w:val="5C5C5C"/>
        </w:rPr>
        <w:t>[Dokumentum megnevezése és időszaka]</w:t>
        <w:br/>
        <w:t>[Dokumentum megnevezése és időszaka]</w:t>
        <w:br/>
        <w:t>[A megküldés módja és az egyeztetett határidő]</w:t>
      </w:r>
    </w:p>
    <w:p>
      <w:r>
        <w:t>Köszönjük az együttműködését.</w:t>
        <w:br/>
        <w:br/>
        <w:t>Üdvözlettel</w:t>
      </w:r>
    </w:p>
    <w:p>
      <w:pPr>
        <w:pStyle w:val="Signature"/>
      </w:pPr>
      <w:r>
        <w:rPr>
          <w:color w:val="5C5C5C"/>
        </w:rPr>
        <w:t>[Név]</w:t>
      </w:r>
    </w:p>
    <w:p>
      <w:pPr>
        <w:pStyle w:val="SignatureRole"/>
      </w:pPr>
      <w:r>
        <w:rPr>
          <w:color w:val="5C5C5C"/>
        </w:rPr>
        <w:t>[Beosztás]</w:t>
      </w:r>
    </w:p>
    <w:p>
      <w:pPr>
        <w:pStyle w:val="Meta"/>
      </w:pPr>
      <w:r>
        <w:rPr>
          <w:color w:val="5C5C5C"/>
        </w:rPr>
        <w:t>[Telefon] · [E-mail]</w:t>
      </w:r>
    </w:p>
    <w:p>
      <w:pPr>
        <w:sectPr>
          <w:headerReference w:type="default" r:id="rId9"/>
          <w:footerReference w:type="default" r:id="rId10"/>
          <w:pgSz w:w="11906" w:h="16838"/>
          <w:pgMar w:top="2381" w:right="1020" w:bottom="1587" w:left="1247" w:header="1020" w:footer="907" w:gutter="0"/>
          <w:cols w:space="720"/>
          <w:docGrid w:linePitch="360"/>
        </w:sectPr>
      </w:pPr>
    </w:p>
    <w:p>
      <w:pPr>
        <w:pStyle w:val="Subtitle"/>
        <w:keepNext/>
      </w:pPr>
      <w:r>
        <w:t>FOLYTATÓOLDAL</w:t>
      </w:r>
    </w:p>
    <w:p>
      <w:pPr>
        <w:pStyle w:val="Title"/>
      </w:pPr>
      <w:r>
        <w:rPr>
          <w:color w:val="5C5C5C"/>
        </w:rPr>
        <w:t>[A levél tárgya]</w:t>
      </w:r>
    </w:p>
    <w:p>
      <w:pPr>
        <w:pStyle w:val="Lead"/>
      </w:pPr>
      <w:r>
        <w:rPr>
          <w:color w:val="5C5C5C"/>
        </w:rPr>
        <w:t>[Dokumentumazonosító] · [Keltezés]</w:t>
      </w:r>
    </w:p>
    <w:p>
      <w:pPr>
        <w:pStyle w:val="Heading1"/>
      </w:pPr>
      <w:r>
        <w:rPr>
          <w:color w:val="5C5C5C"/>
        </w:rPr>
        <w:t>[A folytatás tárgya]</w:t>
      </w:r>
    </w:p>
    <w:p>
      <w:r>
        <w:rPr>
          <w:color w:val="5C5C5C"/>
        </w:rPr>
        <w:t>[A levél további tartalma. Az első oldal bevezetését és címzettblokkját itt nem kell megismételni.]</w:t>
      </w:r>
    </w:p>
    <w:p>
      <w:pPr>
        <w:pStyle w:val="Heading1"/>
      </w:pPr>
      <w:r>
        <w:t>Mellékletek</w:t>
      </w:r>
    </w:p>
    <w:p>
      <w:r>
        <w:rPr>
          <w:color w:val="5C5C5C"/>
        </w:rPr>
        <w:t>[Melléklet megnevezése és verziója]</w:t>
        <w:br/>
        <w:t>[Kapcsolódó dokumentum és hivatkozás]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2381" w:right="1020" w:bottom="1587" w:left="1247" w:header="1020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819" w:val="center"/>
        <w:tab w:pos="9639" w:val="right"/>
      </w:tabs>
      <w:spacing w:after="0"/>
      <w:pBdr>
        <w:top w:val="single" w:sz="3" w:space="0" w:color="D8D4CC"/>
      </w:pBdr>
    </w:pPr>
    <w:r>
      <w:rPr>
        <w:rFonts w:ascii="Source Sans 3" w:hAnsi="Source Sans 3"/>
        <w:color w:val="5C5C5C"/>
        <w:sz w:val="16"/>
      </w:rPr>
      <w:t>Wolven Group  ·  Bizalmas</w:t>
      <w:tab/>
      <w:t>[Ügyazonosító]</w:t>
      <w:tab/>
    </w:r>
    <w:fldSimple w:instr="PAGE"/>
    <w:r>
      <w:rPr>
        <w:rFonts w:ascii="Source Sans 3" w:hAnsi="Source Sans 3"/>
        <w:color w:val="5C5C5C"/>
        <w:sz w:val="16"/>
      </w:rPr>
      <w:t xml:space="preserve"> / </w:t>
    </w:r>
    <w:fldSimple w:instr="NUMPAGES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819" w:val="center"/>
        <w:tab w:pos="9639" w:val="right"/>
      </w:tabs>
      <w:spacing w:after="0"/>
      <w:pBdr>
        <w:top w:val="single" w:sz="3" w:space="0" w:color="D8D4CC"/>
      </w:pBdr>
    </w:pPr>
    <w:r>
      <w:rPr>
        <w:rFonts w:ascii="Source Sans 3" w:hAnsi="Source Sans 3"/>
        <w:color w:val="5C5C5C"/>
        <w:sz w:val="16"/>
      </w:rPr>
      <w:t>Wolven Group  ·  Bizalmas  ·  [Tárgy röviden]</w:t>
      <w:tab/>
      <w:t>[Ügyazonosító]</w:t>
      <w:tab/>
    </w:r>
    <w:fldSimple w:instr="PAGE"/>
    <w:r>
      <w:rPr>
        <w:rFonts w:ascii="Source Sans 3" w:hAnsi="Source Sans 3"/>
        <w:color w:val="5C5C5C"/>
        <w:sz w:val="16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9" w:val="right"/>
      </w:tabs>
      <w:spacing w:after="0" w:before="0" w:line="240" w:lineRule="auto"/>
      <w:ind w:left="0" w:firstLine="0"/>
    </w:pPr>
    <w:r>
      <w:drawing>
        <wp:inline xmlns:a="http://schemas.openxmlformats.org/drawingml/2006/main" xmlns:pic="http://schemas.openxmlformats.org/drawingml/2006/picture" distL="0" distR="0" distT="0" distB="0">
          <wp:extent cx="1238238" cy="342000"/>
          <wp:docPr id="1" name="Picture 1" descr="Wolven Group vízszintes logó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96DAC541-7B7A-43D3-8B79-37D633B846F1}">
                        <ns0:svgBlip xmlns:ns0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38" cy="34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Source Sans 3" w:hAnsi="Source Sans 3"/>
        <w:color w:val="5C5C5C"/>
        <w:sz w:val="16"/>
        <w:position w:val="20"/>
      </w:rPr>
      <w:tab/>
      <w:t>[Ügycím]  ·  2026. 09. 20.  ·  0.5</w:t>
    </w:r>
  </w:p>
  <w:p>
    <w:pPr>
      <w:spacing w:before="113" w:after="0" w:line="20" w:lineRule="exact"/>
      <w:pBdr>
        <w:bottom w:val="single" w:sz="3" w:space="0" w:color="D8D4CC"/>
      </w:pBdr>
    </w:pPr>
    <w:r>
      <w:rPr>
        <w:sz w:val="2"/>
      </w:rPr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9" w:val="right"/>
      </w:tabs>
      <w:spacing w:after="0" w:before="0" w:line="240" w:lineRule="auto"/>
      <w:ind w:left="0" w:firstLine="0"/>
    </w:pPr>
    <w:r>
      <w:drawing>
        <wp:inline xmlns:a="http://schemas.openxmlformats.org/drawingml/2006/main" xmlns:pic="http://schemas.openxmlformats.org/drawingml/2006/picture" distL="0" distR="0" distT="0" distB="0">
          <wp:extent cx="912386" cy="252000"/>
          <wp:docPr id="1" name="Picture 1" descr="Wolven Group vízszintes logó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96DAC541-7B7A-43D3-8B79-37D633B846F1}">
                        <ns0:svgBlip xmlns:ns0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386" cy="25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Source Sans 3" w:hAnsi="Source Sans 3"/>
        <w:color w:val="5C5C5C"/>
        <w:sz w:val="16"/>
        <w:position w:val="14"/>
      </w:rPr>
      <w:tab/>
      <w:t>[Tárgy röviden]  ·  2026. 09. 20.  ·  0.5</w:t>
    </w:r>
  </w:p>
  <w:p>
    <w:pPr>
      <w:spacing w:before="255" w:after="0" w:line="20" w:lineRule="exact"/>
      <w:pBdr>
        <w:bottom w:val="single" w:sz="3" w:space="0" w:color="D8D4CC"/>
      </w:pBdr>
    </w:pPr>
    <w:r>
      <w:rPr>
        <w:sz w:val="2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Source Sans 3" w:hAnsi="Source Sans 3"/>
      <w:b w:val="0"/>
      <w:color w:val="1A1A1A"/>
      <w:sz w:val="21"/>
      <w:lang w:val="hu-HU"/>
      <w14:numForm w:val="lining"/>
      <w14:numSpacing w:val="tabula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cstheme="majorBidi" w:ascii="Source Sans 3 Semibold" w:hAnsi="Source Sans 3 Semibold"/>
      <w:b w:val="0"/>
      <w:bCs/>
      <w:color w:val="1A1A1A"/>
      <w:sz w:val="24"/>
      <w:szCs w:val="28"/>
      <w:lang w:val="hu-HU"/>
      <w14:numForm w:val="lining"/>
      <w14:numSpacing w:val="tabular"/>
      <w:spacing w:val="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cstheme="majorBidi" w:ascii="Source Sans 3 Semibold" w:hAnsi="Source Sans 3 Semibold"/>
      <w:b w:val="0"/>
      <w:bCs/>
      <w:color w:val="1A1A1A"/>
      <w:sz w:val="24"/>
      <w:szCs w:val="26"/>
      <w:lang w:val="hu-HU"/>
      <w14:numForm w:val="lining"/>
      <w14:numSpacing w:val="tabular"/>
      <w:spacing w:val="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Source Serif 4 Semibold" w:hAnsi="Source Serif 4 Semibold"/>
      <w:b w:val="0"/>
      <w:color w:val="1A1A1A"/>
      <w:spacing w:val="5"/>
      <w:kern w:val="28"/>
      <w:sz w:val="32"/>
      <w:szCs w:val="52"/>
      <w:lang w:val="hu-HU"/>
      <w14:numForm w:val="lining"/>
      <w14:numSpacing w:val="tabular"/>
      <w:lang w:val="hu-HU"/>
      <w14:numForm w:val="lining"/>
      <w14:numSpacing w:val="tabula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Sans 3 Semibold" w:hAnsi="Source Sans 3 Semibold"/>
      <w:b w:val="0"/>
      <w:i w:val="0"/>
      <w:iCs/>
      <w:color w:val="0B4D57"/>
      <w:spacing w:val="15"/>
      <w:sz w:val="18"/>
      <w:szCs w:val="24"/>
      <w:lang w:val="hu-HU"/>
      <w14:numForm w:val="lining"/>
      <w14:numSpacing w:val="tabular"/>
      <w:spacing w:val="1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/>
      <w:b w:val="0"/>
      <w:bCs/>
      <w:color w:val="5C5C5C"/>
      <w:sz w:val="17"/>
      <w:szCs w:val="18"/>
      <w:lang w:val="hu-HU"/>
      <w14:numForm w:val="lining"/>
      <w14:numSpacing w:val="tabula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20"/>
    </w:pPr>
    <w:rPr>
      <w:rFonts w:ascii="Source Sans 3" w:hAnsi="Source Sans 3"/>
      <w:b w:val="0"/>
      <w:color w:val="5C5C5C"/>
      <w:sz w:val="22"/>
      <w:lang w:val="hu-HU"/>
      <w14:numForm w:val="lining"/>
      <w14:numSpacing w:val="tabular"/>
    </w:rPr>
  </w:style>
  <w:style w:type="paragraph" w:customStyle="1" w:styleId="Meta">
    <w:name w:val="Meta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  <w:style w:type="paragraph" w:customStyle="1" w:styleId="Amount">
    <w:name w:val="Amount"/>
    <w:pPr>
      <w:spacing w:after="120"/>
    </w:pPr>
    <w:rPr>
      <w:rFonts w:ascii="Source Serif 4 Semibold" w:hAnsi="Source Serif 4 Semibold"/>
      <w:b w:val="0"/>
      <w:color w:val="0B4D57"/>
      <w:sz w:val="36"/>
      <w:lang w:val="hu-HU"/>
      <w14:numForm w:val="lining"/>
      <w14:numSpacing w:val="tabular"/>
    </w:rPr>
  </w:style>
  <w:style w:type="paragraph" w:customStyle="1" w:styleId="Signature">
    <w:name w:val="Signature"/>
    <w:pPr>
      <w:spacing w:after="120"/>
    </w:pPr>
    <w:rPr>
      <w:rFonts w:ascii="Source Sans 3 Semibold" w:hAnsi="Source Sans 3 Semibold"/>
      <w:b w:val="0"/>
      <w:color w:val="1A1A1A"/>
      <w:sz w:val="22"/>
      <w:lang w:val="hu-HU"/>
      <w14:numForm w:val="lining"/>
      <w14:numSpacing w:val="tabular"/>
    </w:rPr>
  </w:style>
  <w:style w:type="paragraph" w:customStyle="1" w:styleId="SignatureRole">
    <w:name w:val="Signature Role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wolven1.sv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wolven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Üzleti levél és folytatóoldal</dc:title>
  <dc:subject>Wolven dokumentumrendszer · 0.5 szerkesztett kiadás</dc:subject>
  <dc:creator>Wolven Group</dc:creator>
  <cp:keywords>Wolven, szerkeszthető dokumentum, arculati minta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hu-HU</dc:language>
</cp:coreProperties>
</file>